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68C38" w14:textId="77777777" w:rsidR="00035ECF" w:rsidRDefault="00702F4C" w:rsidP="00DA75B3">
      <w:pPr>
        <w:pStyle w:val="Cm"/>
        <w:jc w:val="center"/>
      </w:pPr>
      <w:r>
        <w:t>Elállási / felmondási nyilatkozatminta</w:t>
      </w:r>
    </w:p>
    <w:p w14:paraId="6CB162A3" w14:textId="77777777" w:rsidR="00012930" w:rsidRDefault="00012930"/>
    <w:p w14:paraId="3ABE3B27" w14:textId="6F495E3E" w:rsidR="00035ECF" w:rsidRDefault="00702F4C">
      <w:r>
        <w:t xml:space="preserve">Nitro Campus – online </w:t>
      </w:r>
      <w:proofErr w:type="spellStart"/>
      <w:r>
        <w:t>tananyaggyűjtő</w:t>
      </w:r>
      <w:proofErr w:type="spellEnd"/>
      <w:r>
        <w:t xml:space="preserve"> és -ajánló portál</w:t>
      </w:r>
    </w:p>
    <w:p w14:paraId="2EF015EB" w14:textId="77777777" w:rsidR="00035ECF" w:rsidRDefault="00702F4C" w:rsidP="00610802">
      <w:pPr>
        <w:jc w:val="both"/>
      </w:pPr>
      <w:r>
        <w:t>Csak akkor töltse ki és küldje vissza, ha elállási vagy felmondási jogával élni kíván. A nyilatkozatminta használata nem kötelező.</w:t>
      </w:r>
    </w:p>
    <w:p w14:paraId="768534D9" w14:textId="77777777" w:rsidR="00012930" w:rsidRDefault="00012930">
      <w:pPr>
        <w:pStyle w:val="Cmsor2"/>
      </w:pPr>
    </w:p>
    <w:p w14:paraId="4B85AE8A" w14:textId="757DCF43" w:rsidR="00035ECF" w:rsidRDefault="00702F4C">
      <w:pPr>
        <w:pStyle w:val="Cmsor2"/>
      </w:pPr>
      <w:proofErr w:type="spellStart"/>
      <w:r>
        <w:t>Címzett</w:t>
      </w:r>
      <w:proofErr w:type="spellEnd"/>
    </w:p>
    <w:p w14:paraId="6285B9A0" w14:textId="77777777" w:rsidR="00035ECF" w:rsidRDefault="00702F4C">
      <w:r>
        <w:t>NITROWISE LABS Zrt.</w:t>
      </w:r>
      <w:r>
        <w:br/>
        <w:t>1117 Budapest, Gábor D. u. 4., Infopark C. ép.</w:t>
      </w:r>
      <w:r>
        <w:br/>
        <w:t>E-mail: info@nitrowise.com</w:t>
      </w:r>
    </w:p>
    <w:p w14:paraId="27A163C9" w14:textId="77777777" w:rsidR="00012930" w:rsidRDefault="00012930">
      <w:pPr>
        <w:pStyle w:val="Cmsor2"/>
      </w:pPr>
    </w:p>
    <w:p w14:paraId="3F2F12A1" w14:textId="31871E47" w:rsidR="00035ECF" w:rsidRDefault="00702F4C">
      <w:pPr>
        <w:pStyle w:val="Cmsor2"/>
      </w:pPr>
      <w:proofErr w:type="spellStart"/>
      <w:r>
        <w:t>Nyilatkozat</w:t>
      </w:r>
      <w:proofErr w:type="spellEnd"/>
    </w:p>
    <w:p w14:paraId="57B5D89F" w14:textId="77777777" w:rsidR="00DA75B3" w:rsidRDefault="00DA75B3" w:rsidP="00610802">
      <w:pPr>
        <w:jc w:val="both"/>
      </w:pPr>
    </w:p>
    <w:p w14:paraId="0BEA8CB9" w14:textId="46A58A42" w:rsidR="00035ECF" w:rsidRDefault="00702F4C" w:rsidP="00610802">
      <w:pPr>
        <w:jc w:val="both"/>
      </w:pPr>
      <w:proofErr w:type="spellStart"/>
      <w:r>
        <w:t>Alulírott</w:t>
      </w:r>
      <w:proofErr w:type="spellEnd"/>
      <w:r>
        <w:t xml:space="preserve"> </w:t>
      </w:r>
      <w:proofErr w:type="spellStart"/>
      <w:r>
        <w:t>kijelentem</w:t>
      </w:r>
      <w:proofErr w:type="spellEnd"/>
      <w:r>
        <w:t xml:space="preserve">, </w:t>
      </w:r>
      <w:proofErr w:type="spellStart"/>
      <w:r>
        <w:t>hogy</w:t>
      </w:r>
      <w:proofErr w:type="spellEnd"/>
      <w:r>
        <w:t xml:space="preserve"> a Nitro Campus digitális szolgáltatására vonatkozó szerződés tekintetében elállási / felmondási jogomat gyakorlom. (A megfelelő rész aláhúzandó.)</w:t>
      </w:r>
    </w:p>
    <w:p w14:paraId="45B7A6CF" w14:textId="77777777" w:rsidR="00012930" w:rsidRDefault="00012930" w:rsidP="00610802">
      <w:pPr>
        <w:jc w:val="both"/>
      </w:pPr>
    </w:p>
    <w:p w14:paraId="40254DB4" w14:textId="0CE1EDC9" w:rsidR="00035ECF" w:rsidRDefault="00702F4C">
      <w:r>
        <w:t>A felhasználó neve: ....................................................................................</w:t>
      </w:r>
      <w:r w:rsidR="00DA75B3">
        <w:t>.....................................</w:t>
      </w:r>
    </w:p>
    <w:p w14:paraId="7222CA94" w14:textId="4BEC1645" w:rsidR="00035ECF" w:rsidRDefault="00702F4C">
      <w:r>
        <w:t>A regisztrációhoz használt e-mail-cím: ........................................................</w:t>
      </w:r>
      <w:r w:rsidR="00DA75B3">
        <w:t>....................................</w:t>
      </w:r>
    </w:p>
    <w:p w14:paraId="3BC287F4" w14:textId="3ECBE0DD" w:rsidR="00035ECF" w:rsidRDefault="00702F4C">
      <w:r>
        <w:t>A szerződéskötés (regisztráció) időpontja, ha ismert: ..................................</w:t>
      </w:r>
      <w:r w:rsidR="00DA75B3">
        <w:t>....................................</w:t>
      </w:r>
    </w:p>
    <w:p w14:paraId="30E65C9B" w14:textId="2F05AA02" w:rsidR="00035ECF" w:rsidRDefault="00702F4C">
      <w:r>
        <w:t>Kelt (hely, dátum): .......................................................................................</w:t>
      </w:r>
      <w:r w:rsidR="00DA75B3">
        <w:t>...................................</w:t>
      </w:r>
    </w:p>
    <w:p w14:paraId="107B6C4B" w14:textId="0C470B78" w:rsidR="00035ECF" w:rsidRDefault="00702F4C">
      <w:r>
        <w:t>A fogyasztó aláírása (kizárólag papíralapú nyilatkozat esetén): ..................</w:t>
      </w:r>
      <w:r w:rsidR="00DA75B3">
        <w:t>........................................</w:t>
      </w:r>
    </w:p>
    <w:p w14:paraId="4DDF482D" w14:textId="77777777" w:rsidR="00DA75B3" w:rsidRDefault="00DA75B3"/>
    <w:p w14:paraId="69F645BF" w14:textId="356EA476" w:rsidR="00035ECF" w:rsidRDefault="00702F4C" w:rsidP="00610802">
      <w:pPr>
        <w:jc w:val="both"/>
      </w:pPr>
      <w:r>
        <w:t xml:space="preserve">A nyilatkozatot az info@nitrowise.com címre is elküldheti. </w:t>
      </w:r>
    </w:p>
    <w:sectPr w:rsidR="00035ECF" w:rsidSect="00034616">
      <w:pgSz w:w="12240" w:h="15840"/>
      <w:pgMar w:top="1304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1763109">
    <w:abstractNumId w:val="8"/>
  </w:num>
  <w:num w:numId="2" w16cid:durableId="1720469407">
    <w:abstractNumId w:val="6"/>
  </w:num>
  <w:num w:numId="3" w16cid:durableId="920453310">
    <w:abstractNumId w:val="5"/>
  </w:num>
  <w:num w:numId="4" w16cid:durableId="903371623">
    <w:abstractNumId w:val="4"/>
  </w:num>
  <w:num w:numId="5" w16cid:durableId="1854227820">
    <w:abstractNumId w:val="7"/>
  </w:num>
  <w:num w:numId="6" w16cid:durableId="637878718">
    <w:abstractNumId w:val="3"/>
  </w:num>
  <w:num w:numId="7" w16cid:durableId="1254822801">
    <w:abstractNumId w:val="2"/>
  </w:num>
  <w:num w:numId="8" w16cid:durableId="1891378172">
    <w:abstractNumId w:val="1"/>
  </w:num>
  <w:num w:numId="9" w16cid:durableId="852768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930"/>
    <w:rsid w:val="00034616"/>
    <w:rsid w:val="00035ECF"/>
    <w:rsid w:val="0006063C"/>
    <w:rsid w:val="0015074B"/>
    <w:rsid w:val="0020727D"/>
    <w:rsid w:val="0029639D"/>
    <w:rsid w:val="00326F90"/>
    <w:rsid w:val="00605C05"/>
    <w:rsid w:val="00610802"/>
    <w:rsid w:val="00702F4C"/>
    <w:rsid w:val="00AA1D8D"/>
    <w:rsid w:val="00B47730"/>
    <w:rsid w:val="00CB0664"/>
    <w:rsid w:val="00DA75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6369E7"/>
  <w14:defaultImageDpi w14:val="300"/>
  <w15:docId w15:val="{8FC59F9C-F5E0-4561-A1CB-8C7DA26E1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A237D20F330EE147B81657411C1FA84B" ma:contentTypeVersion="18" ma:contentTypeDescription="Új dokumentum létrehozása." ma:contentTypeScope="" ma:versionID="e94af9fa77e7fcd03cdf3a2b9b397a80">
  <xsd:schema xmlns:xsd="http://www.w3.org/2001/XMLSchema" xmlns:xs="http://www.w3.org/2001/XMLSchema" xmlns:p="http://schemas.microsoft.com/office/2006/metadata/properties" xmlns:ns2="c6886808-f504-4c3b-83c3-67bd8c1ca9c9" xmlns:ns3="5406955a-9065-4927-8b00-85d5e8d68d8b" targetNamespace="http://schemas.microsoft.com/office/2006/metadata/properties" ma:root="true" ma:fieldsID="b21fd1c06704035ec78c670d8b147325" ns2:_="" ns3:_="">
    <xsd:import namespace="c6886808-f504-4c3b-83c3-67bd8c1ca9c9"/>
    <xsd:import namespace="5406955a-9065-4927-8b00-85d5e8d68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886808-f504-4c3b-83c3-67bd8c1ca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Képcímkék" ma:readOnly="false" ma:fieldId="{5cf76f15-5ced-4ddc-b409-7134ff3c332f}" ma:taxonomyMulti="true" ma:sspId="d75eb901-04bd-4301-99c1-fc9255b5f5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6955a-9065-4927-8b00-85d5e8d68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1173437-8d51-4d7a-b198-a6da9b95bbda}" ma:internalName="TaxCatchAll" ma:showField="CatchAllData" ma:web="5406955a-9065-4927-8b00-85d5e8d68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886808-f504-4c3b-83c3-67bd8c1ca9c9">
      <Terms xmlns="http://schemas.microsoft.com/office/infopath/2007/PartnerControls"/>
    </lcf76f155ced4ddcb4097134ff3c332f>
    <TaxCatchAll xmlns="5406955a-9065-4927-8b00-85d5e8d68d8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0B3992-85CC-4284-BEC4-7A6A37506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886808-f504-4c3b-83c3-67bd8c1ca9c9"/>
    <ds:schemaRef ds:uri="5406955a-9065-4927-8b00-85d5e8d68d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C798B2-AB5D-46DD-AF7F-476F07BBA6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B51623-980D-421A-A3B4-E4EB0822AE01}">
  <ds:schemaRefs>
    <ds:schemaRef ds:uri="http://schemas.microsoft.com/office/2006/metadata/properties"/>
    <ds:schemaRef ds:uri="http://schemas.microsoft.com/office/infopath/2007/PartnerControls"/>
    <ds:schemaRef ds:uri="c6886808-f504-4c3b-83c3-67bd8c1ca9c9"/>
    <ds:schemaRef ds:uri="5406955a-9065-4927-8b00-85d5e8d68d8b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NITROWISE LABS Zrt.</dc:creator>
  <cp:keywords/>
  <dc:description/>
  <cp:lastModifiedBy>NITROWISE LABS Zrt.</cp:lastModifiedBy>
  <cp:revision>5</cp:revision>
  <dcterms:created xsi:type="dcterms:W3CDTF">2026-10-22T08:53:00Z</dcterms:created>
  <dcterms:modified xsi:type="dcterms:W3CDTF">2026-10-22T12:45:00Z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0x010100A237D20F330EE147B81657411C1FA84B</vt:lpwstr>
  </property>
  <property fmtid="{D5CDD505-2E9C-101B-9397-08002B2CF9AE}" pid="3" name="MediaServiceImageTags">
    <vt:lpwstr/>
  </property>
</Properties>
</file>