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4564" w14:textId="77777777" w:rsidR="006B171C" w:rsidRDefault="0034523D" w:rsidP="00224211">
      <w:pPr>
        <w:pStyle w:val="Cm"/>
        <w:jc w:val="center"/>
      </w:pPr>
      <w:r>
        <w:t>Fogyasztói elállási és felmondási tájékoztató</w:t>
      </w:r>
    </w:p>
    <w:p w14:paraId="7EC8EA63" w14:textId="77777777" w:rsidR="006B171C" w:rsidRDefault="0034523D">
      <w:r>
        <w:t>Nitro Campus – online tananyaggyűjtő és -ajánló portál</w:t>
      </w:r>
    </w:p>
    <w:p w14:paraId="7CD4C8BB" w14:textId="77777777" w:rsidR="006B171C" w:rsidRDefault="0034523D">
      <w:pPr>
        <w:pStyle w:val="Cmsor2"/>
      </w:pPr>
      <w:r>
        <w:t>1. Szolgáltató</w:t>
      </w:r>
    </w:p>
    <w:p w14:paraId="0A259603" w14:textId="77777777" w:rsidR="006B171C" w:rsidRDefault="0034523D">
      <w:r>
        <w:t>NITROWISE LABS Zrt.</w:t>
      </w:r>
      <w:r>
        <w:br/>
        <w:t>Székhely: 1117 Budapest, Gábor D. u. 4., Infopark C. ép.</w:t>
      </w:r>
      <w:r>
        <w:br/>
        <w:t>E-mail: info@nitrowise.com</w:t>
      </w:r>
      <w:r>
        <w:br/>
        <w:t>Portál: https://campus.nitrowise.com/</w:t>
      </w:r>
    </w:p>
    <w:p w14:paraId="5EF8B01A" w14:textId="77777777" w:rsidR="006B171C" w:rsidRDefault="0034523D">
      <w:pPr>
        <w:pStyle w:val="Cmsor2"/>
      </w:pPr>
      <w:r>
        <w:t>2. A 14 napos indokolás nélküli elállási és felmondási jog</w:t>
      </w:r>
    </w:p>
    <w:p w14:paraId="0588CC6F" w14:textId="77777777" w:rsidR="006B171C" w:rsidRDefault="0034523D" w:rsidP="00224211">
      <w:pPr>
        <w:jc w:val="both"/>
      </w:pPr>
      <w:r>
        <w:t>Ha Ön fogyasztóként regisztrál a Nitro Campusra, a szerződés megkötésétől (a regisztrációval létrejövő szerződés napjától) számított 14 napon belül indokolás nélkül elállhat a szerződéstől. Ha a digitális szolgáltatás nyújtása az Ön kifejezett kérésére ezen időtartamon belül már megkezdődött, a jogszabályban meghatározott feltételek szerint 14 napon belül indokolás nélkül felmondhatja a szerződést.</w:t>
      </w:r>
    </w:p>
    <w:p w14:paraId="6C1782E2" w14:textId="77777777" w:rsidR="006B171C" w:rsidRDefault="0034523D" w:rsidP="00224211">
      <w:pPr>
        <w:jc w:val="both"/>
      </w:pPr>
      <w:r>
        <w:t>A 14 napos határidő a szerződéskötés napjától számítandó. A jog gyakorlásához elegendő, ha nyilatkozatát a határidő lejárta előtt elküldi. A regisztrációt követő azonnali hozzáférés önmagában nem jelenti a 14 napos jog elvesztését.</w:t>
      </w:r>
    </w:p>
    <w:p w14:paraId="5D04F9A8" w14:textId="77777777" w:rsidR="006B171C" w:rsidRDefault="0034523D">
      <w:pPr>
        <w:pStyle w:val="Cmsor2"/>
      </w:pPr>
      <w:r>
        <w:t>3. A nyilatkozat megtétele</w:t>
      </w:r>
    </w:p>
    <w:p w14:paraId="22EA8F0E" w14:textId="5D008B64" w:rsidR="006B171C" w:rsidRDefault="0034523D" w:rsidP="009F3CAD">
      <w:pPr>
        <w:jc w:val="both"/>
      </w:pPr>
      <w:r>
        <w:t xml:space="preserve">Elállási vagy felmondási szándékát egyértelmű nyilatkozattal közölheti a NITROWISE LABS </w:t>
      </w:r>
      <w:proofErr w:type="gramStart"/>
      <w:r>
        <w:t>Zrt.-</w:t>
      </w:r>
      <w:proofErr w:type="gramEnd"/>
      <w:r>
        <w:t xml:space="preserve">vel az info@nitrowise.com e-mail-címen </w:t>
      </w:r>
      <w:r w:rsidRPr="00181EDB">
        <w:rPr>
          <w:lang w:val="hu-HU"/>
        </w:rPr>
        <w:t>vagy a fenti postacímen</w:t>
      </w:r>
      <w:r w:rsidR="009F3CAD" w:rsidRPr="00181EDB">
        <w:rPr>
          <w:lang w:val="hu-HU"/>
        </w:rPr>
        <w:t xml:space="preserve"> vagy </w:t>
      </w:r>
      <w:r w:rsidR="00181EDB" w:rsidRPr="00181EDB">
        <w:rPr>
          <w:lang w:val="hu-HU"/>
        </w:rPr>
        <w:t>online</w:t>
      </w:r>
      <w:r>
        <w:t>. Felhasználhatja a külön mellékelt elállási/felmondási nyilatkozatmintát, de annak használata nem kötelező.</w:t>
      </w:r>
    </w:p>
    <w:p w14:paraId="1B7ECA94" w14:textId="77777777" w:rsidR="006B171C" w:rsidRDefault="0034523D" w:rsidP="009F3CAD">
      <w:pPr>
        <w:jc w:val="both"/>
      </w:pPr>
      <w:r>
        <w:t>A Portálon biztosított „elállás a szerződéstől” online funkcióval is benyújthatja nyilatkozatát. Az online nyilatkozat benyújtását a Szolgáltató tartós adathordozón, indokolatlan késedelem nélkül visszaigazolja.</w:t>
      </w:r>
    </w:p>
    <w:p w14:paraId="6A2E55F9" w14:textId="77777777" w:rsidR="006B171C" w:rsidRDefault="0034523D">
      <w:pPr>
        <w:pStyle w:val="Cmsor2"/>
      </w:pPr>
      <w:r>
        <w:t>4. Az elállás vagy felmondás következményei</w:t>
      </w:r>
    </w:p>
    <w:p w14:paraId="0EA512DE" w14:textId="77777777" w:rsidR="006B171C" w:rsidRDefault="0034523D" w:rsidP="00181EDB">
      <w:pPr>
        <w:jc w:val="both"/>
      </w:pPr>
      <w:r>
        <w:t>Az elállás vagy felmondás következtében a regisztrációval létrejött szerződés megszűnik, és a regisztrált felhasználói fiókhoz való hozzáférés megszűnhet. Mivel a Nitro Campus szolgáltatása díjmentes, Önnek az elállás vagy felmondás miatt fizetési kötelezettsége nem keletkezik, és pénzbeli ellenérték visszatérítésére nincs szükség.</w:t>
      </w:r>
    </w:p>
    <w:p w14:paraId="6DD18738" w14:textId="77777777" w:rsidR="006B171C" w:rsidRDefault="0034523D" w:rsidP="00181EDB">
      <w:pPr>
        <w:jc w:val="both"/>
      </w:pPr>
      <w:r>
        <w:t>A személyes adatok további kezelésére, törlésére és az esetleges jogszabályi megőrzési kötelezettségekre az Adatkezelési tájékoztató és az alkalmazandó adatvédelmi szabályok irányadók. A külön adott toborzási hozzájárulás bármikor visszavonható; ez a jog az elállási/felmondási jogtól független.</w:t>
      </w:r>
    </w:p>
    <w:p w14:paraId="1A3D4E81" w14:textId="77777777" w:rsidR="006B171C" w:rsidRDefault="0034523D">
      <w:pPr>
        <w:pStyle w:val="Cmsor2"/>
      </w:pPr>
      <w:r>
        <w:t>5. A fiók megszüntetése 14 nap után</w:t>
      </w:r>
    </w:p>
    <w:p w14:paraId="3CF978B7" w14:textId="77777777" w:rsidR="006B171C" w:rsidRDefault="0034523D" w:rsidP="00DC4BA7">
      <w:pPr>
        <w:jc w:val="both"/>
      </w:pPr>
      <w:r>
        <w:t>A 14 napos határidő elteltével is bármikor kezdeményezheti a határozatlan időre létrejött, díjmentes felhasználói jogviszony megszüntetését a Portál erre szolgáló funkciójával vagy az info@nitrowise.com címre küldött kérelemmel, az ÁSZF 10. pontja szerint.</w:t>
      </w:r>
    </w:p>
    <w:p w14:paraId="070073B3" w14:textId="5093B397" w:rsidR="006B171C" w:rsidRDefault="006B171C" w:rsidP="00DC4BA7">
      <w:pPr>
        <w:jc w:val="both"/>
      </w:pPr>
    </w:p>
    <w:sectPr w:rsidR="006B171C" w:rsidSect="00743095">
      <w:pgSz w:w="12240" w:h="15840"/>
      <w:pgMar w:top="709" w:right="1417" w:bottom="142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2330883">
    <w:abstractNumId w:val="8"/>
  </w:num>
  <w:num w:numId="2" w16cid:durableId="317735848">
    <w:abstractNumId w:val="6"/>
  </w:num>
  <w:num w:numId="3" w16cid:durableId="1861503258">
    <w:abstractNumId w:val="5"/>
  </w:num>
  <w:num w:numId="4" w16cid:durableId="836456853">
    <w:abstractNumId w:val="4"/>
  </w:num>
  <w:num w:numId="5" w16cid:durableId="562640464">
    <w:abstractNumId w:val="7"/>
  </w:num>
  <w:num w:numId="6" w16cid:durableId="1135610979">
    <w:abstractNumId w:val="3"/>
  </w:num>
  <w:num w:numId="7" w16cid:durableId="589656366">
    <w:abstractNumId w:val="2"/>
  </w:num>
  <w:num w:numId="8" w16cid:durableId="1866289567">
    <w:abstractNumId w:val="1"/>
  </w:num>
  <w:num w:numId="9" w16cid:durableId="91385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147"/>
    <w:rsid w:val="0015074B"/>
    <w:rsid w:val="00181EDB"/>
    <w:rsid w:val="00224211"/>
    <w:rsid w:val="0029639D"/>
    <w:rsid w:val="00326F90"/>
    <w:rsid w:val="0034523D"/>
    <w:rsid w:val="00605C05"/>
    <w:rsid w:val="006B171C"/>
    <w:rsid w:val="006F2A1E"/>
    <w:rsid w:val="00743095"/>
    <w:rsid w:val="009F3CAD"/>
    <w:rsid w:val="00AA1D8D"/>
    <w:rsid w:val="00B47730"/>
    <w:rsid w:val="00C36B2E"/>
    <w:rsid w:val="00CB0664"/>
    <w:rsid w:val="00DC4B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04DC1"/>
  <w14:defaultImageDpi w14:val="300"/>
  <w15:docId w15:val="{8FC59F9C-F5E0-4561-A1CB-8C7DA26E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886808-f504-4c3b-83c3-67bd8c1ca9c9">
      <Terms xmlns="http://schemas.microsoft.com/office/infopath/2007/PartnerControls"/>
    </lcf76f155ced4ddcb4097134ff3c332f>
    <TaxCatchAll xmlns="5406955a-9065-4927-8b00-85d5e8d68d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237D20F330EE147B81657411C1FA84B" ma:contentTypeVersion="18" ma:contentTypeDescription="Új dokumentum létrehozása." ma:contentTypeScope="" ma:versionID="e94af9fa77e7fcd03cdf3a2b9b397a80">
  <xsd:schema xmlns:xsd="http://www.w3.org/2001/XMLSchema" xmlns:xs="http://www.w3.org/2001/XMLSchema" xmlns:p="http://schemas.microsoft.com/office/2006/metadata/properties" xmlns:ns2="c6886808-f504-4c3b-83c3-67bd8c1ca9c9" xmlns:ns3="5406955a-9065-4927-8b00-85d5e8d68d8b" targetNamespace="http://schemas.microsoft.com/office/2006/metadata/properties" ma:root="true" ma:fieldsID="b21fd1c06704035ec78c670d8b147325" ns2:_="" ns3:_="">
    <xsd:import namespace="c6886808-f504-4c3b-83c3-67bd8c1ca9c9"/>
    <xsd:import namespace="5406955a-9065-4927-8b00-85d5e8d68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6808-f504-4c3b-83c3-67bd8c1ca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d75eb901-04bd-4301-99c1-fc9255b5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6955a-9065-4927-8b00-85d5e8d6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173437-8d51-4d7a-b198-a6da9b95bbda}" ma:internalName="TaxCatchAll" ma:showField="CatchAllData" ma:web="5406955a-9065-4927-8b00-85d5e8d68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F21125-85AC-421C-BC77-A52480CA4A04}">
  <ds:schemaRefs>
    <ds:schemaRef ds:uri="http://schemas.microsoft.com/office/2006/metadata/properties"/>
    <ds:schemaRef ds:uri="http://schemas.microsoft.com/office/infopath/2007/PartnerControls"/>
    <ds:schemaRef ds:uri="c6886808-f504-4c3b-83c3-67bd8c1ca9c9"/>
    <ds:schemaRef ds:uri="5406955a-9065-4927-8b00-85d5e8d68d8b"/>
  </ds:schemaRefs>
</ds:datastoreItem>
</file>

<file path=customXml/itemProps3.xml><?xml version="1.0" encoding="utf-8"?>
<ds:datastoreItem xmlns:ds="http://schemas.openxmlformats.org/officeDocument/2006/customXml" ds:itemID="{5CF5D741-E10D-4F8A-9502-1F1FF01C7C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66680A-7DA7-48DB-814C-8FEDBDA16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86808-f504-4c3b-83c3-67bd8c1ca9c9"/>
    <ds:schemaRef ds:uri="5406955a-9065-4927-8b00-85d5e8d68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311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NITROWISE LABS Zrt.</dc:creator>
  <cp:keywords/>
  <dc:description/>
  <cp:lastModifiedBy>NITROWISE LABS Zrt.</cp:lastModifiedBy>
  <cp:revision>9</cp:revision>
  <dcterms:created xsi:type="dcterms:W3CDTF">2026-10-22T08:52:00Z</dcterms:created>
  <dcterms:modified xsi:type="dcterms:W3CDTF">2026-10-22T12:43:00Z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0x010100A237D20F330EE147B81657411C1FA84B</vt:lpwstr>
  </property>
  <property fmtid="{D5CDD505-2E9C-101B-9397-08002B2CF9AE}" pid="3" name="MediaServiceImageTags">
    <vt:lpwstr/>
  </property>
</Properties>
</file>