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8C38" w14:textId="77777777" w:rsidR="00035ECF" w:rsidRDefault="00702F4C" w:rsidP="00DA75B3">
      <w:pPr>
        <w:pStyle w:val="Cm"/>
        <w:jc w:val="center"/>
      </w:pPr>
      <w:r>
        <w:t xml:space="preserve">Model withdrawal / termination form</w:t>
      </w:r>
    </w:p>
    <w:p w14:paraId="6CB162A3" w14:textId="77777777" w:rsidR="00012930" w:rsidRDefault="00012930"/>
    <w:p w14:paraId="3ABE3B27" w14:textId="6F495E3E" w:rsidR="00035ECF" w:rsidRDefault="00702F4C">
      <w:r>
        <w:t xml:space="preserve">Nitro Campus: an online portal that collects and recommends learning materials</w:t>
      </w:r>
      <w:proofErr w:type="spellStart"/>
      <w:r>
        <w:t xml:space="preserve"/>
      </w:r>
      <w:proofErr w:type="spellEnd"/>
      <w:r>
        <w:t xml:space="preserve"/>
      </w:r>
    </w:p>
    <w:p w14:paraId="2EF015EB" w14:textId="77777777" w:rsidR="00035ECF" w:rsidRDefault="00702F4C" w:rsidP="00610802">
      <w:pPr>
        <w:jc w:val="both"/>
      </w:pPr>
      <w:r>
        <w:t xml:space="preserve">Complete and return this form only if you wish to withdraw or terminate. You do not have to use it.</w:t>
      </w:r>
    </w:p>
    <w:p w14:paraId="768534D9" w14:textId="77777777" w:rsidR="00012930" w:rsidRDefault="00012930">
      <w:pPr>
        <w:pStyle w:val="Cmsor2"/>
      </w:pPr>
    </w:p>
    <w:p w14:paraId="4B85AE8A" w14:textId="757DCF43" w:rsidR="00035ECF" w:rsidRDefault="00702F4C">
      <w:pPr>
        <w:pStyle w:val="Cmsor2"/>
      </w:pPr>
      <w:proofErr w:type="spellStart"/>
      <w:r>
        <w:t xml:space="preserve">To</w:t>
      </w:r>
      <w:proofErr w:type="spellEnd"/>
    </w:p>
    <w:p w14:paraId="6285B9A0" w14:textId="77777777" w:rsidR="00035ECF" w:rsidRDefault="00702F4C">
      <w:r>
        <w:t xml:space="preserve">NITROWISE LABS Zrt.</w:t>
      </w:r>
      <w:r>
        <w:br/>
        <w:t xml:space="preserve">1117 Budapest, Gábor D. u. 4., Infopark C. ép., Hungary</w:t>
      </w:r>
      <w:r>
        <w:br/>
        <w:t xml:space="preserve">Email: info@nitrowise.com</w:t>
      </w:r>
    </w:p>
    <w:p w14:paraId="27A163C9" w14:textId="77777777" w:rsidR="00012930" w:rsidRDefault="00012930">
      <w:pPr>
        <w:pStyle w:val="Cmsor2"/>
      </w:pPr>
    </w:p>
    <w:p w14:paraId="3F2F12A1" w14:textId="31871E47" w:rsidR="00035ECF" w:rsidRDefault="00702F4C">
      <w:pPr>
        <w:pStyle w:val="Cmsor2"/>
      </w:pPr>
      <w:proofErr w:type="spellStart"/>
      <w:r>
        <w:t xml:space="preserve">Statement</w:t>
      </w:r>
      <w:proofErr w:type="spellEnd"/>
    </w:p>
    <w:p w14:paraId="57B5D89F" w14:textId="77777777" w:rsidR="00DA75B3" w:rsidRDefault="00DA75B3" w:rsidP="00610802">
      <w:pPr>
        <w:jc w:val="both"/>
      </w:pPr>
    </w:p>
    <w:p w14:paraId="0BEA8CB9" w14:textId="46A58A42" w:rsidR="00035ECF" w:rsidRDefault="00702F4C" w:rsidP="00610802">
      <w:pPr>
        <w:jc w:val="both"/>
      </w:pPr>
      <w:proofErr w:type="spellStart"/>
      <w:r>
        <w:t xml:space="preserve">I hereby declare that I exercise my right of withdrawal / termination with respect to the contract for the Nitro Campus digital service. (Underline as appropriate.)</w:t>
      </w:r>
      <w:proofErr w:type="spellEnd"/>
      <w:r>
        <w:t xml:space="preserve"/>
      </w:r>
      <w:proofErr w:type="spellStart"/>
      <w:r>
        <w:t xml:space="preserve"/>
      </w:r>
      <w:proofErr w:type="spellEnd"/>
      <w:r>
        <w:t xml:space="preserve"/>
      </w:r>
      <w:proofErr w:type="spellStart"/>
      <w:r>
        <w:t xml:space="preserve"/>
      </w:r>
      <w:proofErr w:type="spellEnd"/>
      <w:r>
        <w:t xml:space="preserve"/>
      </w:r>
    </w:p>
    <w:p w14:paraId="45B7A6CF" w14:textId="77777777" w:rsidR="00012930" w:rsidRDefault="00012930" w:rsidP="00610802">
      <w:pPr>
        <w:jc w:val="both"/>
      </w:pPr>
    </w:p>
    <w:p w14:paraId="40254DB4" w14:textId="0CE1EDC9" w:rsidR="00035ECF" w:rsidRDefault="00702F4C">
      <w:r>
        <w:t>Name of the user: ....................................................................................</w:t>
      </w:r>
      <w:r w:rsidR="00DA75B3">
        <w:t>.....................................</w:t>
      </w:r>
    </w:p>
    <w:p w14:paraId="7222CA94" w14:textId="4BEC1645" w:rsidR="00035ECF" w:rsidRDefault="00702F4C">
      <w:r>
        <w:t>Email address used to register: ........................................................</w:t>
      </w:r>
      <w:r w:rsidR="00DA75B3">
        <w:t>....................................</w:t>
      </w:r>
    </w:p>
    <w:p w14:paraId="3BC287F4" w14:textId="3ECBE0DD" w:rsidR="00035ECF" w:rsidRDefault="00702F4C">
      <w:r>
        <w:t>Date the contract was concluded (registration), if known: ..................................</w:t>
      </w:r>
      <w:r w:rsidR="00DA75B3">
        <w:t>....................................</w:t>
      </w:r>
    </w:p>
    <w:p w14:paraId="30E65C9B" w14:textId="2F05AA02" w:rsidR="00035ECF" w:rsidRDefault="00702F4C">
      <w:r>
        <w:t>Place and date: .......................................................................................</w:t>
      </w:r>
      <w:r w:rsidR="00DA75B3">
        <w:t>...................................</w:t>
      </w:r>
    </w:p>
    <w:p w14:paraId="107B6C4B" w14:textId="0C470B78" w:rsidR="00035ECF" w:rsidRDefault="00702F4C">
      <w:r>
        <w:t>Signature of the consumer (only for a statement on paper): ..................</w:t>
      </w:r>
      <w:r w:rsidR="00DA75B3">
        <w:t>........................................</w:t>
      </w:r>
    </w:p>
    <w:p w14:paraId="4DDF482D" w14:textId="77777777" w:rsidR="00DA75B3" w:rsidRDefault="00DA75B3"/>
    <w:p w14:paraId="69F645BF" w14:textId="356EA476" w:rsidR="00035ECF" w:rsidRDefault="00702F4C" w:rsidP="00610802">
      <w:pPr>
        <w:jc w:val="both"/>
      </w:pPr>
      <w:r>
        <w:t xml:space="preserve">You can also send the statement to info@nitrowise.com.</w:t>
      </w:r>
    </w:p>
    <w:sectPr w:rsidR="00035ECF" w:rsidSect="00034616">
      <w:pgSz w:w="12240" w:h="15840"/>
      <w:pgMar w:top="1304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1763109">
    <w:abstractNumId w:val="8"/>
  </w:num>
  <w:num w:numId="2" w16cid:durableId="1720469407">
    <w:abstractNumId w:val="6"/>
  </w:num>
  <w:num w:numId="3" w16cid:durableId="920453310">
    <w:abstractNumId w:val="5"/>
  </w:num>
  <w:num w:numId="4" w16cid:durableId="903371623">
    <w:abstractNumId w:val="4"/>
  </w:num>
  <w:num w:numId="5" w16cid:durableId="1854227820">
    <w:abstractNumId w:val="7"/>
  </w:num>
  <w:num w:numId="6" w16cid:durableId="637878718">
    <w:abstractNumId w:val="3"/>
  </w:num>
  <w:num w:numId="7" w16cid:durableId="1254822801">
    <w:abstractNumId w:val="2"/>
  </w:num>
  <w:num w:numId="8" w16cid:durableId="1891378172">
    <w:abstractNumId w:val="1"/>
  </w:num>
  <w:num w:numId="9" w16cid:durableId="85276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930"/>
    <w:rsid w:val="00034616"/>
    <w:rsid w:val="00035ECF"/>
    <w:rsid w:val="0006063C"/>
    <w:rsid w:val="0015074B"/>
    <w:rsid w:val="0020727D"/>
    <w:rsid w:val="0029639D"/>
    <w:rsid w:val="00326F90"/>
    <w:rsid w:val="00605C05"/>
    <w:rsid w:val="00610802"/>
    <w:rsid w:val="00702F4C"/>
    <w:rsid w:val="00AA1D8D"/>
    <w:rsid w:val="00B47730"/>
    <w:rsid w:val="00CB0664"/>
    <w:rsid w:val="00DA7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369E7"/>
  <w14:defaultImageDpi w14:val="300"/>
  <w15:docId w15:val="{8FC59F9C-F5E0-4561-A1CB-8C7DA26E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237D20F330EE147B81657411C1FA84B" ma:contentTypeVersion="18" ma:contentTypeDescription="Új dokumentum létrehozása." ma:contentTypeScope="" ma:versionID="e94af9fa77e7fcd03cdf3a2b9b397a80">
  <xsd:schema xmlns:xsd="http://www.w3.org/2001/XMLSchema" xmlns:xs="http://www.w3.org/2001/XMLSchema" xmlns:p="http://schemas.microsoft.com/office/2006/metadata/properties" xmlns:ns2="c6886808-f504-4c3b-83c3-67bd8c1ca9c9" xmlns:ns3="5406955a-9065-4927-8b00-85d5e8d68d8b" targetNamespace="http://schemas.microsoft.com/office/2006/metadata/properties" ma:root="true" ma:fieldsID="b21fd1c06704035ec78c670d8b147325" ns2:_="" ns3:_="">
    <xsd:import namespace="c6886808-f504-4c3b-83c3-67bd8c1ca9c9"/>
    <xsd:import namespace="5406955a-9065-4927-8b00-85d5e8d68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6808-f504-4c3b-83c3-67bd8c1ca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75eb901-04bd-4301-99c1-fc9255b5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55a-9065-4927-8b00-85d5e8d6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173437-8d51-4d7a-b198-a6da9b95bbda}" ma:internalName="TaxCatchAll" ma:showField="CatchAllData" ma:web="5406955a-9065-4927-8b00-85d5e8d68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86808-f504-4c3b-83c3-67bd8c1ca9c9">
      <Terms xmlns="http://schemas.microsoft.com/office/infopath/2007/PartnerControls"/>
    </lcf76f155ced4ddcb4097134ff3c332f>
    <TaxCatchAll xmlns="5406955a-9065-4927-8b00-85d5e8d68d8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0B3992-85CC-4284-BEC4-7A6A37506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86808-f504-4c3b-83c3-67bd8c1ca9c9"/>
    <ds:schemaRef ds:uri="5406955a-9065-4927-8b00-85d5e8d68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798B2-AB5D-46DD-AF7F-476F07BBA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51623-980D-421A-A3B4-E4EB0822AE01}">
  <ds:schemaRefs>
    <ds:schemaRef ds:uri="http://schemas.microsoft.com/office/2006/metadata/properties"/>
    <ds:schemaRef ds:uri="http://schemas.microsoft.com/office/infopath/2007/PartnerControls"/>
    <ds:schemaRef ds:uri="c6886808-f504-4c3b-83c3-67bd8c1ca9c9"/>
    <ds:schemaRef ds:uri="5406955a-9065-4927-8b00-85d5e8d68d8b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NITROWISE LABS Zrt.</dc:creator>
  <cp:keywords/>
  <dc:description/>
  <cp:lastModifiedBy>NITROWISE LABS Zrt.</cp:lastModifiedBy>
  <cp:revision>5</cp:revision>
  <dcterms:created xsi:type="dcterms:W3CDTF">2026-10-22T08:53:00Z</dcterms:created>
  <dcterms:modified xsi:type="dcterms:W3CDTF">2026-10-22T12:45:00Z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0x010100A237D20F330EE147B81657411C1FA84B</vt:lpwstr>
  </property>
  <property fmtid="{D5CDD505-2E9C-101B-9397-08002B2CF9AE}" pid="3" name="MediaServiceImageTags">
    <vt:lpwstr/>
  </property>
</Properties>
</file>